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5183"/>
      </w:tblGrid>
      <w:tr w:rsidR="006D3045" w14:paraId="60427937" w14:textId="77777777" w:rsidTr="006D3045">
        <w:trPr>
          <w:jc w:val="center"/>
        </w:trPr>
        <w:tc>
          <w:tcPr>
            <w:tcW w:w="5183" w:type="dxa"/>
          </w:tcPr>
          <w:p w14:paraId="519B11D5" w14:textId="77777777" w:rsidR="006D3045" w:rsidRDefault="006D3045">
            <w:pPr>
              <w:spacing w:after="0" w:line="240" w:lineRule="auto"/>
              <w:jc w:val="center"/>
            </w:pPr>
            <w:r>
              <w:rPr>
                <w:b/>
                <w:sz w:val="20"/>
              </w:rPr>
              <w:t>T.C.</w:t>
            </w:r>
            <w:r>
              <w:rPr>
                <w:b/>
                <w:sz w:val="20"/>
              </w:rPr>
              <w:br/>
            </w:r>
            <w:r>
              <w:rPr>
                <w:b/>
                <w:sz w:val="24"/>
              </w:rPr>
              <w:t>SİİRT ÜNİVERSİTESİ</w:t>
            </w:r>
            <w:r>
              <w:rPr>
                <w:b/>
                <w:sz w:val="24"/>
              </w:rPr>
              <w:br/>
            </w:r>
            <w:r>
              <w:rPr>
                <w:b/>
                <w:sz w:val="22"/>
              </w:rPr>
              <w:t>MÜHENDİSLİK FAKÜLTESİ</w:t>
            </w:r>
            <w:r>
              <w:rPr>
                <w:b/>
                <w:sz w:val="22"/>
              </w:rPr>
              <w:br/>
              <w:t>İNŞAAT MÜHENDİSLİĞİ BÖLÜMÜ</w:t>
            </w:r>
          </w:p>
        </w:tc>
      </w:tr>
    </w:tbl>
    <w:p w14:paraId="11D05E0E" w14:textId="77777777" w:rsidR="00C42F57" w:rsidRDefault="00000000">
      <w:pPr>
        <w:spacing w:before="60" w:after="60"/>
        <w:jc w:val="center"/>
      </w:pPr>
      <w:r>
        <w:rPr>
          <w:b/>
          <w:sz w:val="22"/>
        </w:rPr>
        <w:t>LABORATUVAR KULLANIM TALEBİ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039"/>
        <w:gridCol w:w="508"/>
        <w:gridCol w:w="1508"/>
        <w:gridCol w:w="972"/>
        <w:gridCol w:w="1574"/>
        <w:gridCol w:w="930"/>
        <w:gridCol w:w="2894"/>
      </w:tblGrid>
      <w:tr w:rsidR="00C42F57" w:rsidRPr="006D3045" w14:paraId="16BEA4FF" w14:textId="77777777" w:rsidTr="006D3045">
        <w:trPr>
          <w:jc w:val="center"/>
        </w:trPr>
        <w:tc>
          <w:tcPr>
            <w:tcW w:w="10425" w:type="dxa"/>
            <w:gridSpan w:val="7"/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B4F8EF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A. TALEP SAHİBİ BİLGİLERİ</w:t>
            </w:r>
          </w:p>
        </w:tc>
      </w:tr>
      <w:tr w:rsidR="006D3045" w:rsidRPr="006D3045" w14:paraId="72CBBF2F" w14:textId="77777777" w:rsidTr="006D3045">
        <w:trPr>
          <w:jc w:val="center"/>
        </w:trPr>
        <w:tc>
          <w:tcPr>
            <w:tcW w:w="2547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CC78A6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Adı Soyadı</w:t>
            </w:r>
          </w:p>
        </w:tc>
        <w:tc>
          <w:tcPr>
            <w:tcW w:w="2480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D30A8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040ED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Unvanı / Görevi</w:t>
            </w:r>
          </w:p>
        </w:tc>
        <w:tc>
          <w:tcPr>
            <w:tcW w:w="289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4777CE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D3045" w:rsidRPr="006D3045" w14:paraId="1D89AC4F" w14:textId="77777777" w:rsidTr="006D3045">
        <w:trPr>
          <w:jc w:val="center"/>
        </w:trPr>
        <w:tc>
          <w:tcPr>
            <w:tcW w:w="2547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72701E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6D3045">
              <w:rPr>
                <w:b/>
                <w:sz w:val="20"/>
                <w:szCs w:val="20"/>
              </w:rPr>
              <w:t>Bölüm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/ </w:t>
            </w:r>
            <w:proofErr w:type="spellStart"/>
            <w:r w:rsidRPr="006D3045">
              <w:rPr>
                <w:b/>
                <w:sz w:val="20"/>
                <w:szCs w:val="20"/>
              </w:rPr>
              <w:t>Birim</w:t>
            </w:r>
            <w:proofErr w:type="spellEnd"/>
          </w:p>
        </w:tc>
        <w:tc>
          <w:tcPr>
            <w:tcW w:w="2480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43D855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CF1FE1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Telefon / E-posta</w:t>
            </w:r>
          </w:p>
        </w:tc>
        <w:tc>
          <w:tcPr>
            <w:tcW w:w="289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06BCE7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D3045" w:rsidRPr="006D3045" w14:paraId="04BDDECC" w14:textId="77777777" w:rsidTr="006D3045">
        <w:trPr>
          <w:jc w:val="center"/>
        </w:trPr>
        <w:tc>
          <w:tcPr>
            <w:tcW w:w="2547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A403A1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6D3045">
              <w:rPr>
                <w:b/>
                <w:sz w:val="20"/>
                <w:szCs w:val="20"/>
              </w:rPr>
              <w:t>Danışman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/ </w:t>
            </w:r>
            <w:proofErr w:type="spellStart"/>
            <w:r w:rsidRPr="006D3045">
              <w:rPr>
                <w:b/>
                <w:sz w:val="20"/>
                <w:szCs w:val="20"/>
              </w:rPr>
              <w:t>Sorumlu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3045">
              <w:rPr>
                <w:b/>
                <w:sz w:val="20"/>
                <w:szCs w:val="20"/>
              </w:rPr>
              <w:t>Öğretim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3045">
              <w:rPr>
                <w:b/>
                <w:sz w:val="20"/>
                <w:szCs w:val="20"/>
              </w:rPr>
              <w:t>Üyesi</w:t>
            </w:r>
            <w:proofErr w:type="spellEnd"/>
          </w:p>
        </w:tc>
        <w:tc>
          <w:tcPr>
            <w:tcW w:w="2480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2C100E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70B762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Katılımcı Sayısı</w:t>
            </w:r>
          </w:p>
        </w:tc>
        <w:tc>
          <w:tcPr>
            <w:tcW w:w="289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3823B1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42F57" w:rsidRPr="006D3045" w14:paraId="6F2F4CBB" w14:textId="77777777" w:rsidTr="006D3045">
        <w:trPr>
          <w:jc w:val="center"/>
        </w:trPr>
        <w:tc>
          <w:tcPr>
            <w:tcW w:w="10425" w:type="dxa"/>
            <w:gridSpan w:val="7"/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18F302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B. TALEP EDİLEN LABORATUVAR KULLANIM BİLGİLERİ</w:t>
            </w:r>
          </w:p>
        </w:tc>
      </w:tr>
      <w:tr w:rsidR="006D3045" w:rsidRPr="006D3045" w14:paraId="7C87E010" w14:textId="77777777" w:rsidTr="006D3045">
        <w:trPr>
          <w:trHeight w:val="728"/>
          <w:jc w:val="center"/>
        </w:trPr>
        <w:tc>
          <w:tcPr>
            <w:tcW w:w="2547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9F9406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6D3045">
              <w:rPr>
                <w:b/>
                <w:sz w:val="20"/>
                <w:szCs w:val="20"/>
              </w:rPr>
              <w:t>Kullanılmak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3045">
              <w:rPr>
                <w:b/>
                <w:sz w:val="20"/>
                <w:szCs w:val="20"/>
              </w:rPr>
              <w:t>İstenen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3045">
              <w:rPr>
                <w:b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2480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FE57CF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7B91CA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Kullanım Kapsamı</w:t>
            </w:r>
          </w:p>
        </w:tc>
        <w:tc>
          <w:tcPr>
            <w:tcW w:w="289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A4D301" w14:textId="77777777" w:rsidR="006D3045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 xml:space="preserve">☐ Ders   ☐ Araştırma </w:t>
            </w:r>
          </w:p>
          <w:p w14:paraId="2F94DA4F" w14:textId="234232D1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 xml:space="preserve">☐ </w:t>
            </w:r>
            <w:proofErr w:type="spellStart"/>
            <w:r w:rsidRPr="006D3045">
              <w:rPr>
                <w:sz w:val="20"/>
                <w:szCs w:val="20"/>
              </w:rPr>
              <w:t>Diğer</w:t>
            </w:r>
            <w:proofErr w:type="spellEnd"/>
            <w:r w:rsidR="006D3045" w:rsidRPr="006D3045">
              <w:rPr>
                <w:sz w:val="20"/>
                <w:szCs w:val="20"/>
              </w:rPr>
              <w:t>…………………….</w:t>
            </w:r>
          </w:p>
        </w:tc>
      </w:tr>
      <w:tr w:rsidR="006D3045" w:rsidRPr="006D3045" w14:paraId="236FB70E" w14:textId="77777777" w:rsidTr="006D3045">
        <w:trPr>
          <w:jc w:val="center"/>
        </w:trPr>
        <w:tc>
          <w:tcPr>
            <w:tcW w:w="2547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ABBE14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 xml:space="preserve">Ders / </w:t>
            </w:r>
            <w:proofErr w:type="spellStart"/>
            <w:r w:rsidRPr="006D3045">
              <w:rPr>
                <w:b/>
                <w:sz w:val="20"/>
                <w:szCs w:val="20"/>
              </w:rPr>
              <w:t>Araştırma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/ Proje Adı</w:t>
            </w:r>
          </w:p>
        </w:tc>
        <w:tc>
          <w:tcPr>
            <w:tcW w:w="2480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A7A6E8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B017A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Talep Tarihi</w:t>
            </w:r>
          </w:p>
        </w:tc>
        <w:tc>
          <w:tcPr>
            <w:tcW w:w="289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346E14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.... / .... / ........</w:t>
            </w:r>
          </w:p>
        </w:tc>
      </w:tr>
      <w:tr w:rsidR="006D3045" w:rsidRPr="006D3045" w14:paraId="1F197FE8" w14:textId="77777777" w:rsidTr="006D3045">
        <w:trPr>
          <w:jc w:val="center"/>
        </w:trPr>
        <w:tc>
          <w:tcPr>
            <w:tcW w:w="2547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CE59FF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6D3045">
              <w:rPr>
                <w:b/>
                <w:sz w:val="20"/>
                <w:szCs w:val="20"/>
              </w:rPr>
              <w:t>Kullanım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3045">
              <w:rPr>
                <w:b/>
                <w:sz w:val="20"/>
                <w:szCs w:val="20"/>
              </w:rPr>
              <w:t>Tarihi</w:t>
            </w:r>
            <w:proofErr w:type="spellEnd"/>
          </w:p>
        </w:tc>
        <w:tc>
          <w:tcPr>
            <w:tcW w:w="2480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5F512B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.... / .... / ........</w:t>
            </w:r>
          </w:p>
        </w:tc>
        <w:tc>
          <w:tcPr>
            <w:tcW w:w="2504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9CE0A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Başlangıç Saati</w:t>
            </w:r>
          </w:p>
        </w:tc>
        <w:tc>
          <w:tcPr>
            <w:tcW w:w="289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22335F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........ : ........</w:t>
            </w:r>
          </w:p>
        </w:tc>
      </w:tr>
      <w:tr w:rsidR="006D3045" w:rsidRPr="006D3045" w14:paraId="1FD00319" w14:textId="77777777" w:rsidTr="006D3045">
        <w:trPr>
          <w:jc w:val="center"/>
        </w:trPr>
        <w:tc>
          <w:tcPr>
            <w:tcW w:w="2547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CAA32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6D3045">
              <w:rPr>
                <w:b/>
                <w:sz w:val="20"/>
                <w:szCs w:val="20"/>
              </w:rPr>
              <w:t>Bitiş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Saati</w:t>
            </w:r>
          </w:p>
        </w:tc>
        <w:tc>
          <w:tcPr>
            <w:tcW w:w="2480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29FB83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........ : ........</w:t>
            </w:r>
          </w:p>
        </w:tc>
        <w:tc>
          <w:tcPr>
            <w:tcW w:w="2504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A27EAC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Tahmini Kullanım Süresi</w:t>
            </w:r>
          </w:p>
        </w:tc>
        <w:tc>
          <w:tcPr>
            <w:tcW w:w="289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25B28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........ saat</w:t>
            </w:r>
          </w:p>
        </w:tc>
      </w:tr>
      <w:tr w:rsidR="006D3045" w:rsidRPr="006D3045" w14:paraId="0ABE76B6" w14:textId="77777777" w:rsidTr="006D3045">
        <w:trPr>
          <w:jc w:val="center"/>
        </w:trPr>
        <w:tc>
          <w:tcPr>
            <w:tcW w:w="2547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138969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6D3045">
              <w:rPr>
                <w:b/>
                <w:sz w:val="20"/>
                <w:szCs w:val="20"/>
              </w:rPr>
              <w:t>Kullanım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3045">
              <w:rPr>
                <w:b/>
                <w:sz w:val="20"/>
                <w:szCs w:val="20"/>
              </w:rPr>
              <w:t>Amacı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/ </w:t>
            </w:r>
            <w:proofErr w:type="spellStart"/>
            <w:r w:rsidRPr="006D3045">
              <w:rPr>
                <w:b/>
                <w:sz w:val="20"/>
                <w:szCs w:val="20"/>
              </w:rPr>
              <w:t>Kısa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D3045">
              <w:rPr>
                <w:b/>
                <w:sz w:val="20"/>
                <w:szCs w:val="20"/>
              </w:rPr>
              <w:t>Açıklama</w:t>
            </w:r>
            <w:proofErr w:type="spellEnd"/>
          </w:p>
        </w:tc>
        <w:tc>
          <w:tcPr>
            <w:tcW w:w="2480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8B44E2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DE4D5F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Özel Koşul / İhtiyaç</w:t>
            </w:r>
          </w:p>
        </w:tc>
        <w:tc>
          <w:tcPr>
            <w:tcW w:w="289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4B02FC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42F57" w:rsidRPr="006D3045" w14:paraId="7CA126E6" w14:textId="77777777" w:rsidTr="006D3045">
        <w:trPr>
          <w:jc w:val="center"/>
        </w:trPr>
        <w:tc>
          <w:tcPr>
            <w:tcW w:w="10425" w:type="dxa"/>
            <w:gridSpan w:val="7"/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DCCC94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C. TALEP EDİLEN CİHAZ / EKİPMAN BİLGİLERİ</w:t>
            </w:r>
          </w:p>
        </w:tc>
      </w:tr>
      <w:tr w:rsidR="006D3045" w:rsidRPr="006D3045" w14:paraId="7CD727EA" w14:textId="77777777" w:rsidTr="006D3045">
        <w:trPr>
          <w:jc w:val="center"/>
        </w:trPr>
        <w:tc>
          <w:tcPr>
            <w:tcW w:w="2039" w:type="dxa"/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5E3D4A" w14:textId="77777777" w:rsidR="006D3045" w:rsidRPr="006D3045" w:rsidRDefault="006D3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No</w:t>
            </w:r>
          </w:p>
        </w:tc>
        <w:tc>
          <w:tcPr>
            <w:tcW w:w="2016" w:type="dxa"/>
            <w:gridSpan w:val="2"/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6223EA" w14:textId="77777777" w:rsidR="006D3045" w:rsidRPr="006D3045" w:rsidRDefault="006D3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Cihaz / Ekipman Adı</w:t>
            </w:r>
          </w:p>
        </w:tc>
        <w:tc>
          <w:tcPr>
            <w:tcW w:w="2546" w:type="dxa"/>
            <w:gridSpan w:val="2"/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479541" w14:textId="77777777" w:rsidR="006D3045" w:rsidRPr="006D3045" w:rsidRDefault="006D3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6D3045">
              <w:rPr>
                <w:b/>
                <w:sz w:val="20"/>
                <w:szCs w:val="20"/>
              </w:rPr>
              <w:t>Demirbaş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/ </w:t>
            </w:r>
            <w:proofErr w:type="spellStart"/>
            <w:r w:rsidRPr="006D3045">
              <w:rPr>
                <w:b/>
                <w:sz w:val="20"/>
                <w:szCs w:val="20"/>
              </w:rPr>
              <w:t>Cihaz</w:t>
            </w:r>
            <w:proofErr w:type="spellEnd"/>
            <w:r w:rsidRPr="006D3045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824" w:type="dxa"/>
            <w:gridSpan w:val="2"/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5DFCB" w14:textId="77777777" w:rsidR="006D3045" w:rsidRPr="006D3045" w:rsidRDefault="006D3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Açıklama / Özel İhtiyaç</w:t>
            </w:r>
          </w:p>
        </w:tc>
      </w:tr>
      <w:tr w:rsidR="006D3045" w:rsidRPr="006D3045" w14:paraId="73AB6A49" w14:textId="77777777" w:rsidTr="006D3045">
        <w:trPr>
          <w:jc w:val="center"/>
        </w:trPr>
        <w:tc>
          <w:tcPr>
            <w:tcW w:w="203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32C8C" w14:textId="77777777" w:rsidR="006D3045" w:rsidRPr="006D3045" w:rsidRDefault="006D3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1</w:t>
            </w:r>
          </w:p>
        </w:tc>
        <w:tc>
          <w:tcPr>
            <w:tcW w:w="2016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70F079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A8F20F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24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5AFD12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D3045" w:rsidRPr="006D3045" w14:paraId="50279A3F" w14:textId="77777777" w:rsidTr="006D3045">
        <w:trPr>
          <w:jc w:val="center"/>
        </w:trPr>
        <w:tc>
          <w:tcPr>
            <w:tcW w:w="203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96F0E" w14:textId="77777777" w:rsidR="006D3045" w:rsidRPr="006D3045" w:rsidRDefault="006D3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2</w:t>
            </w:r>
          </w:p>
        </w:tc>
        <w:tc>
          <w:tcPr>
            <w:tcW w:w="2016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C61B5D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B97B36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24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B88DDF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D3045" w:rsidRPr="006D3045" w14:paraId="78B672E2" w14:textId="77777777" w:rsidTr="006D3045">
        <w:trPr>
          <w:jc w:val="center"/>
        </w:trPr>
        <w:tc>
          <w:tcPr>
            <w:tcW w:w="203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55501" w14:textId="77777777" w:rsidR="006D3045" w:rsidRPr="006D3045" w:rsidRDefault="006D3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3</w:t>
            </w:r>
          </w:p>
        </w:tc>
        <w:tc>
          <w:tcPr>
            <w:tcW w:w="2016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AAD357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2C3CED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24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2A4C1B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D3045" w:rsidRPr="006D3045" w14:paraId="31E38A66" w14:textId="77777777" w:rsidTr="006D3045">
        <w:trPr>
          <w:jc w:val="center"/>
        </w:trPr>
        <w:tc>
          <w:tcPr>
            <w:tcW w:w="203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624875" w14:textId="77777777" w:rsidR="006D3045" w:rsidRPr="006D3045" w:rsidRDefault="006D3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4</w:t>
            </w:r>
          </w:p>
        </w:tc>
        <w:tc>
          <w:tcPr>
            <w:tcW w:w="2016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8269D2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BE9F6C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24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F6B752" w14:textId="77777777" w:rsidR="006D3045" w:rsidRPr="006D3045" w:rsidRDefault="006D304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42F57" w:rsidRPr="006D3045" w14:paraId="3E8447CE" w14:textId="77777777" w:rsidTr="006D3045">
        <w:trPr>
          <w:jc w:val="center"/>
        </w:trPr>
        <w:tc>
          <w:tcPr>
            <w:tcW w:w="10425" w:type="dxa"/>
            <w:gridSpan w:val="7"/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413B15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D. TALEP SAHİBİ BEYANI</w:t>
            </w:r>
          </w:p>
        </w:tc>
      </w:tr>
    </w:tbl>
    <w:p w14:paraId="73C385FF" w14:textId="77777777" w:rsidR="00C42F57" w:rsidRPr="006D3045" w:rsidRDefault="00000000" w:rsidP="006D3045">
      <w:pPr>
        <w:spacing w:before="40" w:after="40" w:line="240" w:lineRule="auto"/>
        <w:rPr>
          <w:sz w:val="20"/>
          <w:szCs w:val="20"/>
        </w:rPr>
      </w:pPr>
      <w:proofErr w:type="spellStart"/>
      <w:r w:rsidRPr="006D3045">
        <w:rPr>
          <w:sz w:val="20"/>
          <w:szCs w:val="20"/>
        </w:rPr>
        <w:t>Laboratuvarı</w:t>
      </w:r>
      <w:proofErr w:type="spellEnd"/>
      <w:r w:rsidRPr="006D3045">
        <w:rPr>
          <w:sz w:val="20"/>
          <w:szCs w:val="20"/>
        </w:rPr>
        <w:t xml:space="preserve"> </w:t>
      </w:r>
      <w:proofErr w:type="spellStart"/>
      <w:r w:rsidRPr="006D3045">
        <w:rPr>
          <w:sz w:val="20"/>
          <w:szCs w:val="20"/>
        </w:rPr>
        <w:t>ve</w:t>
      </w:r>
      <w:proofErr w:type="spellEnd"/>
      <w:r w:rsidRPr="006D3045">
        <w:rPr>
          <w:sz w:val="20"/>
          <w:szCs w:val="20"/>
        </w:rPr>
        <w:t xml:space="preserve"> </w:t>
      </w:r>
      <w:proofErr w:type="spellStart"/>
      <w:r w:rsidRPr="006D3045">
        <w:rPr>
          <w:sz w:val="20"/>
          <w:szCs w:val="20"/>
        </w:rPr>
        <w:t>talep</w:t>
      </w:r>
      <w:proofErr w:type="spellEnd"/>
      <w:r w:rsidRPr="006D3045">
        <w:rPr>
          <w:sz w:val="20"/>
          <w:szCs w:val="20"/>
        </w:rPr>
        <w:t xml:space="preserve"> </w:t>
      </w:r>
      <w:proofErr w:type="spellStart"/>
      <w:r w:rsidRPr="006D3045">
        <w:rPr>
          <w:sz w:val="20"/>
          <w:szCs w:val="20"/>
        </w:rPr>
        <w:t>edilen</w:t>
      </w:r>
      <w:proofErr w:type="spellEnd"/>
      <w:r w:rsidRPr="006D3045">
        <w:rPr>
          <w:sz w:val="20"/>
          <w:szCs w:val="20"/>
        </w:rPr>
        <w:t xml:space="preserve"> cihaz/ekipmanları yalnızca belirtilen amaç doğrultusunda kullanacağımı; laboratuvar kurallarına, iş sağlığı ve güvenliği hükümlerine ve ilgili cihaz kullanım talimatlarına uyacağımı; kullanım sırasında oluşabilecek arıza, hasar veya olağan dışı durumları derhal sorumlu personele bildireceğimi kabul ve beyan ederim.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1"/>
        <w:gridCol w:w="2692"/>
        <w:gridCol w:w="2691"/>
        <w:gridCol w:w="2718"/>
        <w:gridCol w:w="12"/>
      </w:tblGrid>
      <w:tr w:rsidR="00C42F57" w:rsidRPr="006D3045" w14:paraId="49CDB547" w14:textId="77777777" w:rsidTr="006D3045">
        <w:trPr>
          <w:gridAfter w:val="1"/>
          <w:wAfter w:w="12" w:type="dxa"/>
          <w:jc w:val="center"/>
        </w:trPr>
        <w:tc>
          <w:tcPr>
            <w:tcW w:w="5383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87CFA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6D3045">
              <w:rPr>
                <w:sz w:val="20"/>
                <w:szCs w:val="20"/>
              </w:rPr>
              <w:t>Talep</w:t>
            </w:r>
            <w:proofErr w:type="spellEnd"/>
            <w:r w:rsidRPr="006D3045">
              <w:rPr>
                <w:sz w:val="20"/>
                <w:szCs w:val="20"/>
              </w:rPr>
              <w:t xml:space="preserve"> </w:t>
            </w:r>
            <w:proofErr w:type="spellStart"/>
            <w:r w:rsidRPr="006D3045">
              <w:rPr>
                <w:sz w:val="20"/>
                <w:szCs w:val="20"/>
              </w:rPr>
              <w:t>Sahibi</w:t>
            </w:r>
            <w:proofErr w:type="spellEnd"/>
            <w:r w:rsidRPr="006D3045">
              <w:rPr>
                <w:sz w:val="20"/>
                <w:szCs w:val="20"/>
              </w:rPr>
              <w:br/>
            </w:r>
            <w:proofErr w:type="spellStart"/>
            <w:r w:rsidRPr="006D3045">
              <w:rPr>
                <w:sz w:val="20"/>
                <w:szCs w:val="20"/>
              </w:rPr>
              <w:t>Adı</w:t>
            </w:r>
            <w:proofErr w:type="spellEnd"/>
            <w:r w:rsidRPr="006D3045">
              <w:rPr>
                <w:sz w:val="20"/>
                <w:szCs w:val="20"/>
              </w:rPr>
              <w:t xml:space="preserve"> </w:t>
            </w:r>
            <w:proofErr w:type="spellStart"/>
            <w:r w:rsidRPr="006D3045">
              <w:rPr>
                <w:sz w:val="20"/>
                <w:szCs w:val="20"/>
              </w:rPr>
              <w:t>Soyadı</w:t>
            </w:r>
            <w:proofErr w:type="spellEnd"/>
            <w:r w:rsidRPr="006D3045">
              <w:rPr>
                <w:sz w:val="20"/>
                <w:szCs w:val="20"/>
              </w:rPr>
              <w:t>: ................................................</w:t>
            </w:r>
            <w:r w:rsidRPr="006D3045">
              <w:rPr>
                <w:sz w:val="20"/>
                <w:szCs w:val="20"/>
              </w:rPr>
              <w:br/>
              <w:t>Tarih: .... / .... / ........    İmza: ........................</w:t>
            </w:r>
          </w:p>
        </w:tc>
        <w:tc>
          <w:tcPr>
            <w:tcW w:w="5409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DF47AF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Sorumlu / Danışman Öğretim Üyesi</w:t>
            </w:r>
            <w:r w:rsidRPr="006D3045">
              <w:rPr>
                <w:sz w:val="20"/>
                <w:szCs w:val="20"/>
              </w:rPr>
              <w:br/>
              <w:t>Adı Soyadı: ................................................</w:t>
            </w:r>
            <w:r w:rsidRPr="006D3045">
              <w:rPr>
                <w:sz w:val="20"/>
                <w:szCs w:val="20"/>
              </w:rPr>
              <w:br/>
              <w:t>Tarih: .... / .... / ........    İmza: ........................</w:t>
            </w:r>
          </w:p>
        </w:tc>
      </w:tr>
      <w:tr w:rsidR="00C42F57" w:rsidRPr="006D3045" w14:paraId="4BC15A20" w14:textId="77777777" w:rsidTr="006D3045">
        <w:trPr>
          <w:gridAfter w:val="1"/>
          <w:wAfter w:w="12" w:type="dxa"/>
          <w:jc w:val="center"/>
        </w:trPr>
        <w:tc>
          <w:tcPr>
            <w:tcW w:w="10792" w:type="dxa"/>
            <w:gridSpan w:val="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B0412D" w14:textId="77777777" w:rsidR="00C42F57" w:rsidRPr="006D3045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Not: Öğrenci kullanımlarında sorumlu/danışman öğretim üyesi onayı zorunludur.</w:t>
            </w:r>
          </w:p>
        </w:tc>
      </w:tr>
      <w:tr w:rsidR="00C42F57" w:rsidRPr="006D3045" w14:paraId="7135ABA8" w14:textId="77777777" w:rsidTr="006D3045">
        <w:trPr>
          <w:jc w:val="center"/>
        </w:trPr>
        <w:tc>
          <w:tcPr>
            <w:tcW w:w="10804" w:type="dxa"/>
            <w:gridSpan w:val="5"/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AB645A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E. LABORATUVAR SORUMLUSU / BÖLÜM ONAYI</w:t>
            </w:r>
          </w:p>
        </w:tc>
      </w:tr>
      <w:tr w:rsidR="00C42F57" w:rsidRPr="006D3045" w14:paraId="08AFADA4" w14:textId="77777777" w:rsidTr="006D3045">
        <w:trPr>
          <w:gridAfter w:val="1"/>
          <w:wAfter w:w="12" w:type="dxa"/>
          <w:jc w:val="center"/>
        </w:trPr>
        <w:tc>
          <w:tcPr>
            <w:tcW w:w="2691" w:type="dxa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073981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Talep Durumu</w:t>
            </w:r>
          </w:p>
        </w:tc>
        <w:tc>
          <w:tcPr>
            <w:tcW w:w="269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5CBE0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☐ Uygun   ☐ Uygun Değil   ☐ Şartlı Uygun</w:t>
            </w:r>
          </w:p>
        </w:tc>
        <w:tc>
          <w:tcPr>
            <w:tcW w:w="2691" w:type="dxa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DB2B31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Onaylanan Tarih / Saat</w:t>
            </w:r>
          </w:p>
        </w:tc>
        <w:tc>
          <w:tcPr>
            <w:tcW w:w="271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4AFF8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........................................</w:t>
            </w:r>
          </w:p>
        </w:tc>
      </w:tr>
      <w:tr w:rsidR="00C42F57" w:rsidRPr="006D3045" w14:paraId="513D64EB" w14:textId="77777777" w:rsidTr="006D3045">
        <w:trPr>
          <w:gridAfter w:val="1"/>
          <w:wAfter w:w="12" w:type="dxa"/>
          <w:jc w:val="center"/>
        </w:trPr>
        <w:tc>
          <w:tcPr>
            <w:tcW w:w="2691" w:type="dxa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A5194F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Laboratuvar Sorumlusu</w:t>
            </w:r>
          </w:p>
        </w:tc>
        <w:tc>
          <w:tcPr>
            <w:tcW w:w="269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C8D666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........................................</w:t>
            </w:r>
          </w:p>
        </w:tc>
        <w:tc>
          <w:tcPr>
            <w:tcW w:w="2691" w:type="dxa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D5D3B5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İmza</w:t>
            </w:r>
          </w:p>
        </w:tc>
        <w:tc>
          <w:tcPr>
            <w:tcW w:w="271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7999F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........................................</w:t>
            </w:r>
          </w:p>
        </w:tc>
      </w:tr>
      <w:tr w:rsidR="00C42F57" w:rsidRPr="006D3045" w14:paraId="7C3C4017" w14:textId="77777777" w:rsidTr="006D3045">
        <w:trPr>
          <w:gridAfter w:val="1"/>
          <w:wAfter w:w="12" w:type="dxa"/>
          <w:jc w:val="center"/>
        </w:trPr>
        <w:tc>
          <w:tcPr>
            <w:tcW w:w="2691" w:type="dxa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556476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Açıklama / Koşullar</w:t>
            </w:r>
          </w:p>
        </w:tc>
        <w:tc>
          <w:tcPr>
            <w:tcW w:w="269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FBDB95" w14:textId="77777777" w:rsidR="00C42F57" w:rsidRPr="006D3045" w:rsidRDefault="00C42F5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91" w:type="dxa"/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3BF5E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b/>
                <w:sz w:val="20"/>
                <w:szCs w:val="20"/>
              </w:rPr>
              <w:t>Bölüm Başkanlığı Onayı</w:t>
            </w:r>
          </w:p>
        </w:tc>
        <w:tc>
          <w:tcPr>
            <w:tcW w:w="271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143A2" w14:textId="77777777" w:rsidR="00C42F57" w:rsidRPr="006D3045" w:rsidRDefault="00000000">
            <w:pPr>
              <w:spacing w:after="0" w:line="240" w:lineRule="auto"/>
              <w:rPr>
                <w:sz w:val="20"/>
                <w:szCs w:val="20"/>
              </w:rPr>
            </w:pPr>
            <w:r w:rsidRPr="006D3045">
              <w:rPr>
                <w:sz w:val="20"/>
                <w:szCs w:val="20"/>
              </w:rPr>
              <w:t>Adı Soyadı / İmza: ........................................</w:t>
            </w:r>
          </w:p>
        </w:tc>
      </w:tr>
    </w:tbl>
    <w:p w14:paraId="2E73B2EF" w14:textId="77777777" w:rsidR="00A442DA" w:rsidRDefault="00A442DA"/>
    <w:sectPr w:rsidR="00A442DA" w:rsidSect="00034616">
      <w:footerReference w:type="default" r:id="rId8"/>
      <w:pgSz w:w="12240" w:h="15840"/>
      <w:pgMar w:top="680" w:right="737" w:bottom="680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73700" w14:textId="77777777" w:rsidR="00A442DA" w:rsidRDefault="00A442DA">
      <w:pPr>
        <w:spacing w:after="0" w:line="240" w:lineRule="auto"/>
      </w:pPr>
      <w:r>
        <w:separator/>
      </w:r>
    </w:p>
  </w:endnote>
  <w:endnote w:type="continuationSeparator" w:id="0">
    <w:p w14:paraId="6F6B057F" w14:textId="77777777" w:rsidR="00A442DA" w:rsidRDefault="00A44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6A1ED" w14:textId="77777777" w:rsidR="00C42F57" w:rsidRDefault="00000000">
    <w:pPr>
      <w:pStyle w:val="Footer"/>
      <w:jc w:val="center"/>
    </w:pPr>
    <w:r>
      <w:rPr>
        <w:sz w:val="15"/>
      </w:rPr>
      <w:t>Siirt Üniversitesi Mühendislik Fakültesi İnşaat Mühendisliği Bölümü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8738A" w14:textId="77777777" w:rsidR="00A442DA" w:rsidRDefault="00A442DA">
      <w:pPr>
        <w:spacing w:after="0" w:line="240" w:lineRule="auto"/>
      </w:pPr>
      <w:r>
        <w:separator/>
      </w:r>
    </w:p>
  </w:footnote>
  <w:footnote w:type="continuationSeparator" w:id="0">
    <w:p w14:paraId="032F487C" w14:textId="77777777" w:rsidR="00A442DA" w:rsidRDefault="00A44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86884374">
    <w:abstractNumId w:val="8"/>
  </w:num>
  <w:num w:numId="2" w16cid:durableId="102502073">
    <w:abstractNumId w:val="6"/>
  </w:num>
  <w:num w:numId="3" w16cid:durableId="1970939064">
    <w:abstractNumId w:val="5"/>
  </w:num>
  <w:num w:numId="4" w16cid:durableId="1627857986">
    <w:abstractNumId w:val="4"/>
  </w:num>
  <w:num w:numId="5" w16cid:durableId="1225868763">
    <w:abstractNumId w:val="7"/>
  </w:num>
  <w:num w:numId="6" w16cid:durableId="1786122304">
    <w:abstractNumId w:val="3"/>
  </w:num>
  <w:num w:numId="7" w16cid:durableId="1281569060">
    <w:abstractNumId w:val="2"/>
  </w:num>
  <w:num w:numId="8" w16cid:durableId="1178041127">
    <w:abstractNumId w:val="1"/>
  </w:num>
  <w:num w:numId="9" w16cid:durableId="283393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D3045"/>
    <w:rsid w:val="00A021F4"/>
    <w:rsid w:val="00A442DA"/>
    <w:rsid w:val="00AA1D8D"/>
    <w:rsid w:val="00B47730"/>
    <w:rsid w:val="00C42F5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4577071"/>
  <w14:defaultImageDpi w14:val="300"/>
  <w15:docId w15:val="{1423748D-9B66-41C8-8576-4B0BB0279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Abdullilah Yilmaz</cp:lastModifiedBy>
  <cp:revision>2</cp:revision>
  <dcterms:created xsi:type="dcterms:W3CDTF">2026-09-28T08:54:00Z</dcterms:created>
  <dcterms:modified xsi:type="dcterms:W3CDTF">2026-09-28T08:54:00Z</dcterms:modified>
  <cp:category/>
</cp:coreProperties>
</file>