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2861"/>
      </w:tblGrid>
      <w:tr w:rsidR="001F67E6" w:rsidRPr="007D7CAD" w14:paraId="776D106F" w14:textId="77777777" w:rsidTr="00BC2DAF">
        <w:trPr>
          <w:jc w:val="center"/>
        </w:trPr>
        <w:tc>
          <w:tcPr>
            <w:tcW w:w="7797" w:type="dxa"/>
            <w:vMerge w:val="restart"/>
          </w:tcPr>
          <w:p w14:paraId="3B6245C7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7CAD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SİİRT ÜNİVERSİTESİ</w:t>
            </w:r>
            <w:r w:rsidRPr="007D7CA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D7CAD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MÜHENDİSLİK FAKÜLTESİ</w:t>
            </w:r>
            <w:r w:rsidRPr="007D7CA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D7CAD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İNŞAAT MÜHENDİSLİĞİ BÖLÜMÜ</w:t>
            </w:r>
            <w:r w:rsidRPr="007D7CA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D7CAD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LABORATUVAR KULLANIM FORMU</w:t>
            </w:r>
            <w:r w:rsidRPr="007D7CAD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861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441BBEA1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 xml:space="preserve">Doküman No: 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....................</w:t>
            </w:r>
          </w:p>
        </w:tc>
      </w:tr>
      <w:tr w:rsidR="001F67E6" w:rsidRPr="007D7CAD" w14:paraId="4DE618B5" w14:textId="77777777" w:rsidTr="00BC2DAF">
        <w:trPr>
          <w:jc w:val="center"/>
        </w:trPr>
        <w:tc>
          <w:tcPr>
            <w:tcW w:w="7797" w:type="dxa"/>
            <w:vMerge/>
          </w:tcPr>
          <w:p w14:paraId="2E1C6C62" w14:textId="77777777" w:rsidR="001F67E6" w:rsidRPr="007D7CAD" w:rsidRDefault="001F67E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1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1376C166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 xml:space="preserve">Revizyon No/Tarihi: 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 / ..../..../......</w:t>
            </w:r>
          </w:p>
        </w:tc>
      </w:tr>
      <w:tr w:rsidR="001F67E6" w:rsidRPr="007D7CAD" w14:paraId="666E8906" w14:textId="77777777" w:rsidTr="00BC2DAF">
        <w:trPr>
          <w:jc w:val="center"/>
        </w:trPr>
        <w:tc>
          <w:tcPr>
            <w:tcW w:w="7797" w:type="dxa"/>
            <w:vMerge/>
          </w:tcPr>
          <w:p w14:paraId="0F4EA981" w14:textId="77777777" w:rsidR="001F67E6" w:rsidRPr="007D7CAD" w:rsidRDefault="001F67E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61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14:paraId="57C973DB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 xml:space="preserve">Sayfa: 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1 / 1</w:t>
            </w:r>
          </w:p>
        </w:tc>
      </w:tr>
    </w:tbl>
    <w:p w14:paraId="398B9DAC" w14:textId="77777777" w:rsidR="001F67E6" w:rsidRPr="007D7CAD" w:rsidRDefault="001F67E6">
      <w:pPr>
        <w:spacing w:after="2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76"/>
        <w:gridCol w:w="888"/>
        <w:gridCol w:w="888"/>
        <w:gridCol w:w="1835"/>
        <w:gridCol w:w="1718"/>
        <w:gridCol w:w="888"/>
        <w:gridCol w:w="888"/>
        <w:gridCol w:w="1777"/>
      </w:tblGrid>
      <w:tr w:rsidR="001F67E6" w:rsidRPr="007D7CAD" w14:paraId="15CDC4D5" w14:textId="77777777">
        <w:trPr>
          <w:jc w:val="center"/>
        </w:trPr>
        <w:tc>
          <w:tcPr>
            <w:tcW w:w="10658" w:type="dxa"/>
            <w:gridSpan w:val="8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C97F1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color w:val="FFFFFF"/>
                <w:szCs w:val="18"/>
              </w:rPr>
              <w:t>A. LABORATUVAR KULLANIM BİLGİLERİ</w:t>
            </w:r>
          </w:p>
        </w:tc>
      </w:tr>
      <w:tr w:rsidR="001F67E6" w:rsidRPr="007D7CAD" w14:paraId="6713DD84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4CF69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proofErr w:type="spellStart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Kullanılan</w:t>
            </w:r>
            <w:proofErr w:type="spellEnd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 xml:space="preserve"> </w:t>
            </w:r>
            <w:proofErr w:type="spellStart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Laboratuvar</w:t>
            </w:r>
            <w:proofErr w:type="spellEnd"/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5B32E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szCs w:val="18"/>
              </w:rPr>
              <w:t>........................................................................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07C2DA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Kullanım Tarihi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CB088C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 / .... / ........</w:t>
            </w:r>
          </w:p>
        </w:tc>
      </w:tr>
      <w:tr w:rsidR="001F67E6" w:rsidRPr="007D7CAD" w14:paraId="659E5247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25F822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proofErr w:type="spellStart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Kullanım</w:t>
            </w:r>
            <w:proofErr w:type="spellEnd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 xml:space="preserve"> </w:t>
            </w:r>
            <w:proofErr w:type="spellStart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Kapsamı</w:t>
            </w:r>
            <w:proofErr w:type="spellEnd"/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FE2CB" w14:textId="77777777" w:rsidR="00BC2DAF" w:rsidRDefault="00000000">
            <w:pPr>
              <w:spacing w:after="0" w:line="240" w:lineRule="auto"/>
              <w:rPr>
                <w:rFonts w:ascii="Times New Roman" w:eastAsia="Arial" w:hAnsi="Times New Roman" w:cs="Times New Roman"/>
                <w:szCs w:val="18"/>
              </w:rPr>
            </w:pPr>
            <w:r w:rsidRPr="00BC2DAF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BC2DAF">
              <w:rPr>
                <w:rFonts w:ascii="Times New Roman" w:eastAsia="Arial" w:hAnsi="Times New Roman" w:cs="Times New Roman"/>
                <w:szCs w:val="18"/>
              </w:rPr>
              <w:t xml:space="preserve"> Ders   </w:t>
            </w:r>
            <w:r w:rsidRPr="00BC2DAF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BC2DAF">
              <w:rPr>
                <w:rFonts w:ascii="Times New Roman" w:eastAsia="Arial" w:hAnsi="Times New Roman" w:cs="Times New Roman"/>
                <w:szCs w:val="18"/>
              </w:rPr>
              <w:t xml:space="preserve"> </w:t>
            </w:r>
            <w:proofErr w:type="spellStart"/>
            <w:r w:rsidRPr="00BC2DAF">
              <w:rPr>
                <w:rFonts w:ascii="Times New Roman" w:eastAsia="Arial" w:hAnsi="Times New Roman" w:cs="Times New Roman"/>
                <w:szCs w:val="18"/>
              </w:rPr>
              <w:t>Araştırma</w:t>
            </w:r>
            <w:proofErr w:type="spellEnd"/>
            <w:r w:rsidRPr="00BC2DAF">
              <w:rPr>
                <w:rFonts w:ascii="Times New Roman" w:eastAsia="Arial" w:hAnsi="Times New Roman" w:cs="Times New Roman"/>
                <w:szCs w:val="18"/>
              </w:rPr>
              <w:t xml:space="preserve">  </w:t>
            </w:r>
          </w:p>
          <w:p w14:paraId="4BACE866" w14:textId="1932E92F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BC2DAF">
              <w:rPr>
                <w:rFonts w:ascii="Times New Roman" w:eastAsia="Arial" w:hAnsi="Times New Roman" w:cs="Times New Roman"/>
                <w:szCs w:val="18"/>
              </w:rPr>
              <w:t xml:space="preserve"> </w:t>
            </w:r>
            <w:proofErr w:type="spellStart"/>
            <w:r w:rsidRPr="00BC2DAF">
              <w:rPr>
                <w:rFonts w:ascii="Times New Roman" w:eastAsia="Arial" w:hAnsi="Times New Roman" w:cs="Times New Roman"/>
                <w:szCs w:val="18"/>
              </w:rPr>
              <w:t>Diğer</w:t>
            </w:r>
            <w:proofErr w:type="spellEnd"/>
            <w:r w:rsidRPr="00BC2DAF">
              <w:rPr>
                <w:rFonts w:ascii="Times New Roman" w:eastAsia="Arial" w:hAnsi="Times New Roman" w:cs="Times New Roman"/>
                <w:szCs w:val="18"/>
              </w:rPr>
              <w:t>: ................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C65CD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Başlangıç / Bitiş Saati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A3C0B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........ : ........  /  ........ : ........</w:t>
            </w:r>
          </w:p>
        </w:tc>
      </w:tr>
      <w:tr w:rsidR="001F67E6" w:rsidRPr="007D7CAD" w14:paraId="6467CC13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7574C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 xml:space="preserve">Ders / </w:t>
            </w:r>
            <w:proofErr w:type="spellStart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Araştırma</w:t>
            </w:r>
            <w:proofErr w:type="spellEnd"/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 xml:space="preserve"> / Proje Adı</w:t>
            </w:r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CA87E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szCs w:val="18"/>
              </w:rPr>
              <w:t>........................................................................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88D838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Katılımcı Sayısı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BAC24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........ kişi</w:t>
            </w:r>
          </w:p>
        </w:tc>
      </w:tr>
      <w:tr w:rsidR="001F67E6" w:rsidRPr="007D7CAD" w14:paraId="556C21CA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CDD6D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Özel Kullanım Açıklaması</w:t>
            </w:r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978758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szCs w:val="18"/>
              </w:rPr>
              <w:t>........................................................................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038C6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İş Sağlığı ve Güvenliği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FEDCDF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Kurallara uygun kullanım</w:t>
            </w:r>
          </w:p>
        </w:tc>
      </w:tr>
      <w:tr w:rsidR="001F67E6" w:rsidRPr="007D7CAD" w14:paraId="6734B603" w14:textId="77777777">
        <w:trPr>
          <w:jc w:val="center"/>
        </w:trPr>
        <w:tc>
          <w:tcPr>
            <w:tcW w:w="10658" w:type="dxa"/>
            <w:gridSpan w:val="8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926DD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color w:val="FFFFFF"/>
                <w:szCs w:val="18"/>
              </w:rPr>
              <w:t>B. KULLANAN ÖĞRETİM ÜYESİ BİLGİLERİ</w:t>
            </w:r>
          </w:p>
        </w:tc>
      </w:tr>
      <w:tr w:rsidR="001F67E6" w:rsidRPr="007D7CAD" w14:paraId="03218388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378719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Adı Soyadı</w:t>
            </w:r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6CD82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szCs w:val="18"/>
              </w:rPr>
              <w:t>........................................................................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46BEC8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Akademik Unvanı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1CE3A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........................................................</w:t>
            </w:r>
          </w:p>
        </w:tc>
      </w:tr>
      <w:tr w:rsidR="001F67E6" w:rsidRPr="007D7CAD" w14:paraId="34C983EC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FA092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Bölüm / Anabilim Dalı</w:t>
            </w:r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7FC24E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szCs w:val="18"/>
              </w:rPr>
              <w:t>........................................................................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DFCD5" w14:textId="77777777" w:rsidR="001F67E6" w:rsidRPr="00BC2DAF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İletişim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950B1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........................................................</w:t>
            </w:r>
          </w:p>
        </w:tc>
      </w:tr>
      <w:tr w:rsidR="001F67E6" w:rsidRPr="007D7CAD" w14:paraId="17444026" w14:textId="77777777">
        <w:trPr>
          <w:jc w:val="center"/>
        </w:trPr>
        <w:tc>
          <w:tcPr>
            <w:tcW w:w="10658" w:type="dxa"/>
            <w:gridSpan w:val="8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6C4AF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color w:val="FFFFFF"/>
                <w:szCs w:val="18"/>
              </w:rPr>
              <w:t>C. KULLANILAN CİHAZ / EKİPMAN BİLGİLERİ</w:t>
            </w:r>
          </w:p>
        </w:tc>
      </w:tr>
      <w:tr w:rsidR="001F67E6" w:rsidRPr="007D7CAD" w14:paraId="12A33990" w14:textId="77777777" w:rsidTr="00BC2DAF">
        <w:trPr>
          <w:tblHeader/>
          <w:jc w:val="center"/>
        </w:trPr>
        <w:tc>
          <w:tcPr>
            <w:tcW w:w="1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DABBA" w14:textId="77777777" w:rsidR="001F67E6" w:rsidRPr="00BC2DA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No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1C1B6" w14:textId="77777777" w:rsidR="001F67E6" w:rsidRPr="00BC2DA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Cihaz / Ekipman Adı</w:t>
            </w:r>
          </w:p>
        </w:tc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10D01" w14:textId="77777777" w:rsidR="001F67E6" w:rsidRPr="00BC2DA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Marka / Model</w:t>
            </w: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CA772" w14:textId="77777777" w:rsidR="001F67E6" w:rsidRPr="00BC2DA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Demirbaş / Cihaz No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09037" w14:textId="77777777" w:rsidR="001F67E6" w:rsidRPr="00BC2DA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Kullanım Öncesi Durumu</w:t>
            </w:r>
          </w:p>
        </w:tc>
        <w:tc>
          <w:tcPr>
            <w:tcW w:w="17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9529D" w14:textId="77777777" w:rsidR="001F67E6" w:rsidRPr="00BC2DA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BC2DAF">
              <w:rPr>
                <w:rFonts w:ascii="Times New Roman" w:eastAsia="Arial" w:hAnsi="Times New Roman" w:cs="Times New Roman"/>
                <w:b/>
                <w:szCs w:val="18"/>
              </w:rPr>
              <w:t>Kullanım Sonrası Durumu</w:t>
            </w:r>
          </w:p>
        </w:tc>
      </w:tr>
      <w:tr w:rsidR="001F67E6" w:rsidRPr="007D7CAD" w14:paraId="038E36B7" w14:textId="77777777" w:rsidTr="00BC2DAF">
        <w:trPr>
          <w:jc w:val="center"/>
        </w:trPr>
        <w:tc>
          <w:tcPr>
            <w:tcW w:w="1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40BB4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1A952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979B9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F53E5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72600A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  <w:tc>
          <w:tcPr>
            <w:tcW w:w="17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DB5666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</w:tr>
      <w:tr w:rsidR="001F67E6" w:rsidRPr="007D7CAD" w14:paraId="035617A1" w14:textId="77777777" w:rsidTr="00BC2DAF">
        <w:trPr>
          <w:jc w:val="center"/>
        </w:trPr>
        <w:tc>
          <w:tcPr>
            <w:tcW w:w="1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5ABAE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27D13A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2A5EA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3FEEA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7290F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  <w:tc>
          <w:tcPr>
            <w:tcW w:w="17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3ED3F5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</w:tr>
      <w:tr w:rsidR="001F67E6" w:rsidRPr="007D7CAD" w14:paraId="44CC649C" w14:textId="77777777" w:rsidTr="00BC2DAF">
        <w:trPr>
          <w:jc w:val="center"/>
        </w:trPr>
        <w:tc>
          <w:tcPr>
            <w:tcW w:w="1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539C2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1578C7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75811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A3BA0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1E2C7C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  <w:tc>
          <w:tcPr>
            <w:tcW w:w="17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9D7633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</w:tr>
      <w:tr w:rsidR="001F67E6" w:rsidRPr="007D7CAD" w14:paraId="1391E808" w14:textId="77777777" w:rsidTr="00BC2DAF">
        <w:trPr>
          <w:jc w:val="center"/>
        </w:trPr>
        <w:tc>
          <w:tcPr>
            <w:tcW w:w="1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C8598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DDF8A6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8EFD1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34F3E6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7DA9A0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  <w:tc>
          <w:tcPr>
            <w:tcW w:w="17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14E9E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</w:tr>
      <w:tr w:rsidR="001F67E6" w:rsidRPr="007D7CAD" w14:paraId="147E8258" w14:textId="77777777" w:rsidTr="00BC2DAF">
        <w:trPr>
          <w:jc w:val="center"/>
        </w:trPr>
        <w:tc>
          <w:tcPr>
            <w:tcW w:w="1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F2C35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FDB06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1252FE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69DA3" w14:textId="77777777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A3502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  <w:tc>
          <w:tcPr>
            <w:tcW w:w="17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04972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Uygun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proofErr w:type="gramEnd"/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Sorunlu</w:t>
            </w:r>
          </w:p>
        </w:tc>
      </w:tr>
      <w:tr w:rsidR="001F67E6" w:rsidRPr="007D7CAD" w14:paraId="4626945B" w14:textId="77777777">
        <w:trPr>
          <w:jc w:val="center"/>
        </w:trPr>
        <w:tc>
          <w:tcPr>
            <w:tcW w:w="10658" w:type="dxa"/>
            <w:gridSpan w:val="8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5B1AF9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color w:val="FFFFFF"/>
                <w:szCs w:val="18"/>
              </w:rPr>
              <w:t>D. KULLANIM SONRASI LABORATUVAR DURUMU / KONTROL</w:t>
            </w:r>
          </w:p>
        </w:tc>
      </w:tr>
      <w:tr w:rsidR="001F67E6" w:rsidRPr="007D7CAD" w14:paraId="64147397" w14:textId="77777777" w:rsidTr="00BC2DAF">
        <w:trPr>
          <w:jc w:val="center"/>
        </w:trPr>
        <w:tc>
          <w:tcPr>
            <w:tcW w:w="538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162EFD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Laboratuvar temiz ve düzenli bırakılmıştır.</w:t>
            </w:r>
          </w:p>
        </w:tc>
        <w:tc>
          <w:tcPr>
            <w:tcW w:w="5271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58822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Cihaz/ekipmanlar kapatılmış ve yerine bırakılmıştır.</w:t>
            </w:r>
          </w:p>
        </w:tc>
      </w:tr>
      <w:tr w:rsidR="001F67E6" w:rsidRPr="007D7CAD" w14:paraId="317A7B4C" w14:textId="77777777" w:rsidTr="00BC2DAF">
        <w:trPr>
          <w:jc w:val="center"/>
        </w:trPr>
        <w:tc>
          <w:tcPr>
            <w:tcW w:w="538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34FA1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Elektrik / su / gaz bağlantıları kontrol edilmiştir.</w:t>
            </w:r>
          </w:p>
        </w:tc>
        <w:tc>
          <w:tcPr>
            <w:tcW w:w="5271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2C348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Atıklar ve sarf malzemeleri uygun şekilde uzaklaştırılmıştır.</w:t>
            </w:r>
          </w:p>
        </w:tc>
      </w:tr>
      <w:tr w:rsidR="001F67E6" w:rsidRPr="007D7CAD" w14:paraId="5F071B64" w14:textId="77777777" w:rsidTr="00BC2DAF">
        <w:trPr>
          <w:jc w:val="center"/>
        </w:trPr>
        <w:tc>
          <w:tcPr>
            <w:tcW w:w="5387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D8D9CB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Hasar / arıza / eksiklik bulunmamaktadır.</w:t>
            </w:r>
          </w:p>
        </w:tc>
        <w:tc>
          <w:tcPr>
            <w:tcW w:w="5271" w:type="dxa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2809A8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Segoe UI Symbol" w:eastAsia="Arial" w:hAnsi="Segoe UI Symbol" w:cs="Segoe UI Symbol"/>
                <w:szCs w:val="18"/>
              </w:rPr>
              <w:t>☐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Laboratuvar uygun şekilde kapatılmış / kilitlenmiştir.</w:t>
            </w:r>
          </w:p>
        </w:tc>
      </w:tr>
      <w:tr w:rsidR="001F67E6" w:rsidRPr="007D7CAD" w14:paraId="68F3DDFC" w14:textId="77777777" w:rsidTr="00BC2DAF">
        <w:trPr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B2AF5C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Genel Laboratuvar Durumu</w:t>
            </w:r>
          </w:p>
        </w:tc>
        <w:tc>
          <w:tcPr>
            <w:tcW w:w="2723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FE22B5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Uygun / Sorunsuz 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Eksiklik 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Hasar / Arıza</w:t>
            </w:r>
          </w:p>
        </w:tc>
        <w:tc>
          <w:tcPr>
            <w:tcW w:w="26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863BC5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Ek İşlem Gerekiyor mu?</w:t>
            </w:r>
          </w:p>
        </w:tc>
        <w:tc>
          <w:tcPr>
            <w:tcW w:w="26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FA904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Hayır   </w:t>
            </w:r>
            <w:r w:rsidRPr="007D7CAD">
              <w:rPr>
                <w:rFonts w:ascii="Segoe UI Symbol" w:eastAsia="Arial" w:hAnsi="Segoe UI Symbol" w:cs="Segoe UI Symbol"/>
                <w:sz w:val="16"/>
                <w:szCs w:val="16"/>
              </w:rPr>
              <w:t>☐</w:t>
            </w:r>
            <w:r w:rsidRPr="007D7CAD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Evet</w:t>
            </w:r>
          </w:p>
        </w:tc>
      </w:tr>
      <w:tr w:rsidR="001F67E6" w:rsidRPr="007D7CAD" w14:paraId="2863DC8D" w14:textId="77777777" w:rsidTr="00BC2DAF">
        <w:trPr>
          <w:trHeight w:val="1284"/>
          <w:jc w:val="center"/>
        </w:trPr>
        <w:tc>
          <w:tcPr>
            <w:tcW w:w="2664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AF0F6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7FD16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Açıklama</w:t>
            </w:r>
            <w:proofErr w:type="spellEnd"/>
            <w:r w:rsidRPr="007D7CAD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 xml:space="preserve"> / Tespit</w:t>
            </w:r>
          </w:p>
        </w:tc>
        <w:tc>
          <w:tcPr>
            <w:tcW w:w="7994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52E73" w14:textId="3F6DB9B8" w:rsidR="001F67E6" w:rsidRPr="007D7CAD" w:rsidRDefault="001F67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67E6" w:rsidRPr="007D7CAD" w14:paraId="148E8D39" w14:textId="77777777">
        <w:trPr>
          <w:jc w:val="center"/>
        </w:trPr>
        <w:tc>
          <w:tcPr>
            <w:tcW w:w="10658" w:type="dxa"/>
            <w:gridSpan w:val="8"/>
            <w:shd w:val="clear" w:color="auto" w:fill="1F4E78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0E0D8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color w:val="FFFFFF"/>
                <w:szCs w:val="18"/>
              </w:rPr>
              <w:t>E. TESLİM VE ONAY</w:t>
            </w:r>
          </w:p>
        </w:tc>
      </w:tr>
    </w:tbl>
    <w:p w14:paraId="3BCC7383" w14:textId="77777777" w:rsidR="001F67E6" w:rsidRPr="007D7CAD" w:rsidRDefault="00000000">
      <w:pPr>
        <w:spacing w:before="20" w:after="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7CAD">
        <w:rPr>
          <w:rFonts w:ascii="Times New Roman" w:eastAsia="Arial" w:hAnsi="Times New Roman" w:cs="Times New Roman"/>
          <w:b/>
          <w:sz w:val="20"/>
          <w:szCs w:val="20"/>
        </w:rPr>
        <w:t xml:space="preserve">Kullanıcı Beyanı: </w:t>
      </w:r>
      <w:r w:rsidRPr="007D7CAD">
        <w:rPr>
          <w:rFonts w:ascii="Times New Roman" w:eastAsia="Arial" w:hAnsi="Times New Roman" w:cs="Times New Roman"/>
          <w:sz w:val="20"/>
          <w:szCs w:val="20"/>
        </w:rPr>
        <w:t>Laboratuvarı ve yukarıda belirtilen cihaz/ekipmanları laboratuvar kuralları ile iş sağlığı ve güvenliği hükümlerine uygun kullandığımı; kullanım sonrasında laboratuvarı ve cihazları belirtilen durumda teslim ettiğimi beyan ederim.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29"/>
        <w:gridCol w:w="5329"/>
      </w:tblGrid>
      <w:tr w:rsidR="001F67E6" w:rsidRPr="007D7CAD" w14:paraId="0C69ED96" w14:textId="77777777">
        <w:trPr>
          <w:jc w:val="center"/>
        </w:trPr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783E16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szCs w:val="18"/>
              </w:rPr>
              <w:t>KULLANAN ÖĞRETİM ÜYESİ</w:t>
            </w:r>
          </w:p>
        </w:tc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2F3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28F21" w14:textId="77777777" w:rsidR="001F67E6" w:rsidRPr="007D7CAD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b/>
                <w:szCs w:val="18"/>
              </w:rPr>
              <w:t>KULLANIM SONRASI TESLİM ALAN KİŞİ</w:t>
            </w:r>
          </w:p>
        </w:tc>
      </w:tr>
      <w:tr w:rsidR="001F67E6" w:rsidRPr="007D7CAD" w14:paraId="62597E28" w14:textId="77777777">
        <w:trPr>
          <w:jc w:val="center"/>
        </w:trPr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C4C10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szCs w:val="18"/>
              </w:rPr>
              <w:t>Adı Soyadı: ........................................................</w:t>
            </w:r>
          </w:p>
        </w:tc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EE0F8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szCs w:val="18"/>
              </w:rPr>
              <w:t>Adı Soyadı: ........................................................</w:t>
            </w:r>
          </w:p>
        </w:tc>
      </w:tr>
      <w:tr w:rsidR="001F67E6" w:rsidRPr="007D7CAD" w14:paraId="1A97F821" w14:textId="77777777">
        <w:trPr>
          <w:jc w:val="center"/>
        </w:trPr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49AC4F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szCs w:val="18"/>
              </w:rPr>
              <w:t>Tarih / Saat: .... / .... / ........   ........ : ........</w:t>
            </w:r>
          </w:p>
        </w:tc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641C22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szCs w:val="18"/>
              </w:rPr>
              <w:t>Görevi / Unvanı: ................................................</w:t>
            </w:r>
          </w:p>
        </w:tc>
      </w:tr>
      <w:tr w:rsidR="001F67E6" w:rsidRPr="007D7CAD" w14:paraId="55AFF38D" w14:textId="77777777" w:rsidTr="00BC2DAF">
        <w:trPr>
          <w:trHeight w:val="670"/>
          <w:jc w:val="center"/>
        </w:trPr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16D12B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proofErr w:type="spellStart"/>
            <w:r w:rsidRPr="007D7CAD">
              <w:rPr>
                <w:rFonts w:ascii="Times New Roman" w:eastAsia="Arial" w:hAnsi="Times New Roman" w:cs="Times New Roman"/>
                <w:szCs w:val="18"/>
              </w:rPr>
              <w:t>İmza</w:t>
            </w:r>
            <w:proofErr w:type="spellEnd"/>
            <w:r w:rsidRPr="007D7CAD">
              <w:rPr>
                <w:rFonts w:ascii="Times New Roman" w:eastAsia="Arial" w:hAnsi="Times New Roman" w:cs="Times New Roman"/>
                <w:szCs w:val="18"/>
              </w:rPr>
              <w:t>:</w:t>
            </w:r>
          </w:p>
        </w:tc>
        <w:tc>
          <w:tcPr>
            <w:tcW w:w="532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634DE4" w14:textId="77777777" w:rsidR="001F67E6" w:rsidRPr="007D7CAD" w:rsidRDefault="00000000">
            <w:pPr>
              <w:spacing w:after="0" w:line="240" w:lineRule="auto"/>
              <w:rPr>
                <w:rFonts w:ascii="Times New Roman" w:hAnsi="Times New Roman" w:cs="Times New Roman"/>
                <w:szCs w:val="18"/>
              </w:rPr>
            </w:pPr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Teslim Tarihi / Saati: .... / .... / ........   </w:t>
            </w:r>
            <w:proofErr w:type="gramStart"/>
            <w:r w:rsidRPr="007D7CAD">
              <w:rPr>
                <w:rFonts w:ascii="Times New Roman" w:eastAsia="Arial" w:hAnsi="Times New Roman" w:cs="Times New Roman"/>
                <w:szCs w:val="18"/>
              </w:rPr>
              <w:t>........ :</w:t>
            </w:r>
            <w:proofErr w:type="gramEnd"/>
            <w:r w:rsidRPr="007D7CAD">
              <w:rPr>
                <w:rFonts w:ascii="Times New Roman" w:eastAsia="Arial" w:hAnsi="Times New Roman" w:cs="Times New Roman"/>
                <w:szCs w:val="18"/>
              </w:rPr>
              <w:t xml:space="preserve"> ........</w:t>
            </w:r>
            <w:r w:rsidRPr="007D7CAD">
              <w:rPr>
                <w:rFonts w:ascii="Times New Roman" w:eastAsia="Arial" w:hAnsi="Times New Roman" w:cs="Times New Roman"/>
                <w:szCs w:val="18"/>
              </w:rPr>
              <w:br/>
              <w:t>İmza:</w:t>
            </w:r>
          </w:p>
        </w:tc>
      </w:tr>
    </w:tbl>
    <w:p w14:paraId="5A1F4C40" w14:textId="77777777" w:rsidR="001F67E6" w:rsidRPr="007D7CAD" w:rsidRDefault="00000000">
      <w:pPr>
        <w:spacing w:before="40"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D7CAD">
        <w:rPr>
          <w:rFonts w:ascii="Times New Roman" w:eastAsia="Arial" w:hAnsi="Times New Roman" w:cs="Times New Roman"/>
          <w:sz w:val="16"/>
          <w:szCs w:val="16"/>
        </w:rPr>
        <w:t xml:space="preserve">Not: </w:t>
      </w:r>
      <w:proofErr w:type="spellStart"/>
      <w:r w:rsidRPr="007D7CAD">
        <w:rPr>
          <w:rFonts w:ascii="Times New Roman" w:eastAsia="Arial" w:hAnsi="Times New Roman" w:cs="Times New Roman"/>
          <w:sz w:val="16"/>
          <w:szCs w:val="16"/>
        </w:rPr>
        <w:t>Kullanım</w:t>
      </w:r>
      <w:proofErr w:type="spellEnd"/>
      <w:r w:rsidRPr="007D7CAD">
        <w:rPr>
          <w:rFonts w:ascii="Times New Roman" w:eastAsia="Arial" w:hAnsi="Times New Roman" w:cs="Times New Roman"/>
          <w:sz w:val="16"/>
          <w:szCs w:val="16"/>
        </w:rPr>
        <w:t xml:space="preserve"> </w:t>
      </w:r>
      <w:proofErr w:type="spellStart"/>
      <w:r w:rsidRPr="007D7CAD">
        <w:rPr>
          <w:rFonts w:ascii="Times New Roman" w:eastAsia="Arial" w:hAnsi="Times New Roman" w:cs="Times New Roman"/>
          <w:sz w:val="16"/>
          <w:szCs w:val="16"/>
        </w:rPr>
        <w:t>sırasında</w:t>
      </w:r>
      <w:proofErr w:type="spellEnd"/>
      <w:r w:rsidRPr="007D7CAD">
        <w:rPr>
          <w:rFonts w:ascii="Times New Roman" w:eastAsia="Arial" w:hAnsi="Times New Roman" w:cs="Times New Roman"/>
          <w:sz w:val="16"/>
          <w:szCs w:val="16"/>
        </w:rPr>
        <w:t xml:space="preserve"> </w:t>
      </w:r>
      <w:proofErr w:type="spellStart"/>
      <w:r w:rsidRPr="007D7CAD">
        <w:rPr>
          <w:rFonts w:ascii="Times New Roman" w:eastAsia="Arial" w:hAnsi="Times New Roman" w:cs="Times New Roman"/>
          <w:sz w:val="16"/>
          <w:szCs w:val="16"/>
        </w:rPr>
        <w:t>tespit</w:t>
      </w:r>
      <w:proofErr w:type="spellEnd"/>
      <w:r w:rsidRPr="007D7CAD">
        <w:rPr>
          <w:rFonts w:ascii="Times New Roman" w:eastAsia="Arial" w:hAnsi="Times New Roman" w:cs="Times New Roman"/>
          <w:sz w:val="16"/>
          <w:szCs w:val="16"/>
        </w:rPr>
        <w:t xml:space="preserve"> edilen arıza, hasar veya olağan dışı durumlar gecikmeksizin bölüm/laboratuvar sorumlusuna bildirilmelidir.</w:t>
      </w:r>
    </w:p>
    <w:sectPr w:rsidR="001F67E6" w:rsidRPr="007D7CAD" w:rsidSect="00034616">
      <w:footerReference w:type="default" r:id="rId8"/>
      <w:pgSz w:w="11906" w:h="16838"/>
      <w:pgMar w:top="397" w:right="624" w:bottom="397" w:left="6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CC669" w14:textId="77777777" w:rsidR="002F4271" w:rsidRDefault="002F4271">
      <w:pPr>
        <w:spacing w:after="0" w:line="240" w:lineRule="auto"/>
      </w:pPr>
      <w:r>
        <w:separator/>
      </w:r>
    </w:p>
  </w:endnote>
  <w:endnote w:type="continuationSeparator" w:id="0">
    <w:p w14:paraId="1AF56D75" w14:textId="77777777" w:rsidR="002F4271" w:rsidRDefault="002F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18928" w14:textId="77777777" w:rsidR="001F67E6" w:rsidRDefault="00000000">
    <w:pPr>
      <w:pStyle w:val="Footer"/>
      <w:jc w:val="center"/>
    </w:pPr>
    <w:r>
      <w:rPr>
        <w:rFonts w:eastAsia="Arial"/>
        <w:sz w:val="14"/>
      </w:rPr>
      <w:t>Siirt Üniversitesi Mühendislik Fakültesi | İnşaat Mühendisliği Bölümü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0C6A6" w14:textId="77777777" w:rsidR="002F4271" w:rsidRDefault="002F4271">
      <w:pPr>
        <w:spacing w:after="0" w:line="240" w:lineRule="auto"/>
      </w:pPr>
      <w:r>
        <w:separator/>
      </w:r>
    </w:p>
  </w:footnote>
  <w:footnote w:type="continuationSeparator" w:id="0">
    <w:p w14:paraId="78793EC6" w14:textId="77777777" w:rsidR="002F4271" w:rsidRDefault="002F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3589131">
    <w:abstractNumId w:val="8"/>
  </w:num>
  <w:num w:numId="2" w16cid:durableId="552888782">
    <w:abstractNumId w:val="6"/>
  </w:num>
  <w:num w:numId="3" w16cid:durableId="1686125603">
    <w:abstractNumId w:val="5"/>
  </w:num>
  <w:num w:numId="4" w16cid:durableId="843058850">
    <w:abstractNumId w:val="4"/>
  </w:num>
  <w:num w:numId="5" w16cid:durableId="1972591667">
    <w:abstractNumId w:val="7"/>
  </w:num>
  <w:num w:numId="6" w16cid:durableId="110705627">
    <w:abstractNumId w:val="3"/>
  </w:num>
  <w:num w:numId="7" w16cid:durableId="1833636811">
    <w:abstractNumId w:val="2"/>
  </w:num>
  <w:num w:numId="8" w16cid:durableId="368921528">
    <w:abstractNumId w:val="1"/>
  </w:num>
  <w:num w:numId="9" w16cid:durableId="495923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34BD5"/>
    <w:rsid w:val="0015074B"/>
    <w:rsid w:val="001F67E6"/>
    <w:rsid w:val="0029639D"/>
    <w:rsid w:val="002F4271"/>
    <w:rsid w:val="00326F90"/>
    <w:rsid w:val="007D7CAD"/>
    <w:rsid w:val="007F651F"/>
    <w:rsid w:val="00AA1D8D"/>
    <w:rsid w:val="00B47730"/>
    <w:rsid w:val="00BC2DA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5F984E0"/>
  <w14:defaultImageDpi w14:val="300"/>
  <w15:docId w15:val="{7D817F87-EA88-42B4-9659-90DAFC19B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Abdullilah Yilmaz</cp:lastModifiedBy>
  <cp:revision>2</cp:revision>
  <dcterms:created xsi:type="dcterms:W3CDTF">2026-09-28T07:48:00Z</dcterms:created>
  <dcterms:modified xsi:type="dcterms:W3CDTF">2026-09-28T07:48:00Z</dcterms:modified>
  <cp:category/>
</cp:coreProperties>
</file>